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65EA5" w14:textId="0D3DFFC2" w:rsidR="002170B3" w:rsidRPr="002170B3" w:rsidRDefault="00C41F69" w:rsidP="002170B3">
      <w:pPr>
        <w:jc w:val="center"/>
        <w:rPr>
          <w:rStyle w:val="Forte"/>
          <w:color w:val="365F91" w:themeColor="accent1" w:themeShade="BF"/>
          <w:sz w:val="32"/>
          <w:lang w:val="pt-BR"/>
        </w:rPr>
      </w:pPr>
      <w:bookmarkStart w:id="0" w:name="_Hlk215221597"/>
      <w:bookmarkStart w:id="1" w:name="_Hlk215221722"/>
      <w:bookmarkStart w:id="2" w:name="_GoBack"/>
      <w:r>
        <w:rPr>
          <w:rStyle w:val="Forte"/>
          <w:color w:val="365F91" w:themeColor="accent1" w:themeShade="BF"/>
          <w:sz w:val="32"/>
          <w:lang w:val="pt-BR"/>
        </w:rPr>
        <w:t xml:space="preserve">ANEXO 2 - </w:t>
      </w:r>
      <w:r w:rsidR="002170B3" w:rsidRPr="002170B3">
        <w:rPr>
          <w:rStyle w:val="Forte"/>
          <w:color w:val="365F91" w:themeColor="accent1" w:themeShade="BF"/>
          <w:sz w:val="32"/>
          <w:lang w:val="pt-BR"/>
        </w:rPr>
        <w:t>FORMULÁRIO DE PERFIL DA EMPRESA</w:t>
      </w:r>
    </w:p>
    <w:bookmarkEnd w:id="1"/>
    <w:bookmarkEnd w:id="2"/>
    <w:p w14:paraId="245129F4" w14:textId="58293C94" w:rsidR="002170B3" w:rsidRPr="002170B3" w:rsidRDefault="002170B3" w:rsidP="002170B3">
      <w:pPr>
        <w:pStyle w:val="Ttulo1"/>
        <w:rPr>
          <w:lang w:val="pt-BR"/>
        </w:rPr>
      </w:pPr>
      <w:r w:rsidRPr="002170B3">
        <w:rPr>
          <w:rStyle w:val="Forte"/>
          <w:b/>
          <w:bCs/>
          <w:lang w:val="pt-BR"/>
        </w:rPr>
        <w:t>Identificação da Empresa</w:t>
      </w:r>
    </w:p>
    <w:tbl>
      <w:tblPr>
        <w:tblStyle w:val="Tabelacomgrade"/>
        <w:tblW w:w="5000" w:type="pct"/>
        <w:tblBorders>
          <w:top w:val="single" w:sz="12" w:space="0" w:color="4F81BD" w:themeColor="accent1"/>
          <w:left w:val="none" w:sz="0" w:space="0" w:color="auto"/>
          <w:bottom w:val="single" w:sz="12" w:space="0" w:color="4F81BD" w:themeColor="accent1"/>
          <w:right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119"/>
        <w:gridCol w:w="6236"/>
      </w:tblGrid>
      <w:tr w:rsidR="002170B3" w:rsidRPr="002170B3" w14:paraId="2F3CA0AC" w14:textId="77777777" w:rsidTr="00544771">
        <w:tc>
          <w:tcPr>
            <w:tcW w:w="3119" w:type="dxa"/>
            <w:vAlign w:val="center"/>
          </w:tcPr>
          <w:p w14:paraId="2D8CA6C4" w14:textId="77777777" w:rsidR="002170B3" w:rsidRPr="002170B3" w:rsidRDefault="002170B3" w:rsidP="00544771">
            <w:pPr>
              <w:pStyle w:val="Corpodetexto"/>
              <w:spacing w:before="60" w:after="60"/>
              <w:jc w:val="left"/>
              <w:rPr>
                <w:rStyle w:val="Forte"/>
              </w:rPr>
            </w:pPr>
            <w:r w:rsidRPr="002170B3">
              <w:rPr>
                <w:rStyle w:val="Forte"/>
              </w:rPr>
              <w:t>Razão Social</w:t>
            </w:r>
          </w:p>
        </w:tc>
        <w:tc>
          <w:tcPr>
            <w:tcW w:w="6236" w:type="dxa"/>
            <w:vAlign w:val="center"/>
          </w:tcPr>
          <w:p w14:paraId="07E675AA" w14:textId="566B1DFF" w:rsidR="002170B3" w:rsidRPr="002170B3" w:rsidRDefault="002170B3" w:rsidP="00544771">
            <w:pPr>
              <w:pStyle w:val="Corpodetexto"/>
              <w:spacing w:before="60" w:after="60"/>
            </w:pPr>
          </w:p>
        </w:tc>
      </w:tr>
      <w:tr w:rsidR="002170B3" w:rsidRPr="002170B3" w14:paraId="40FACE12" w14:textId="77777777" w:rsidTr="00544771">
        <w:tc>
          <w:tcPr>
            <w:tcW w:w="3119" w:type="dxa"/>
            <w:vAlign w:val="center"/>
          </w:tcPr>
          <w:p w14:paraId="43ECBCE0" w14:textId="77777777" w:rsidR="002170B3" w:rsidRPr="002170B3" w:rsidRDefault="002170B3" w:rsidP="00544771">
            <w:pPr>
              <w:pStyle w:val="Corpodetexto"/>
              <w:spacing w:before="60" w:after="60"/>
              <w:jc w:val="left"/>
              <w:rPr>
                <w:rStyle w:val="Forte"/>
              </w:rPr>
            </w:pPr>
            <w:r w:rsidRPr="002170B3">
              <w:rPr>
                <w:rStyle w:val="Forte"/>
              </w:rPr>
              <w:t>Nome Fantasia</w:t>
            </w:r>
          </w:p>
        </w:tc>
        <w:tc>
          <w:tcPr>
            <w:tcW w:w="6236" w:type="dxa"/>
            <w:vAlign w:val="center"/>
          </w:tcPr>
          <w:p w14:paraId="6C16C7C5" w14:textId="666AA6BC" w:rsidR="002170B3" w:rsidRPr="002170B3" w:rsidRDefault="002170B3" w:rsidP="00544771">
            <w:pPr>
              <w:pStyle w:val="Corpodetexto"/>
              <w:spacing w:before="60" w:after="60"/>
            </w:pPr>
          </w:p>
        </w:tc>
      </w:tr>
      <w:tr w:rsidR="002170B3" w:rsidRPr="002170B3" w14:paraId="54175A30" w14:textId="77777777" w:rsidTr="00544771">
        <w:tc>
          <w:tcPr>
            <w:tcW w:w="3119" w:type="dxa"/>
            <w:vAlign w:val="center"/>
          </w:tcPr>
          <w:p w14:paraId="70C06BF7" w14:textId="77777777" w:rsidR="002170B3" w:rsidRPr="002170B3" w:rsidRDefault="002170B3" w:rsidP="00544771">
            <w:pPr>
              <w:pStyle w:val="Corpodetexto"/>
              <w:spacing w:before="60" w:after="60"/>
              <w:jc w:val="left"/>
              <w:rPr>
                <w:rStyle w:val="Forte"/>
              </w:rPr>
            </w:pPr>
            <w:r w:rsidRPr="002170B3">
              <w:rPr>
                <w:rStyle w:val="Forte"/>
              </w:rPr>
              <w:t>CNPJ</w:t>
            </w:r>
          </w:p>
        </w:tc>
        <w:tc>
          <w:tcPr>
            <w:tcW w:w="6236" w:type="dxa"/>
            <w:vAlign w:val="center"/>
          </w:tcPr>
          <w:p w14:paraId="20FAE45C" w14:textId="248B781A" w:rsidR="002170B3" w:rsidRPr="002170B3" w:rsidRDefault="002170B3" w:rsidP="00544771">
            <w:pPr>
              <w:pStyle w:val="Corpodetexto"/>
              <w:spacing w:before="60" w:after="60"/>
            </w:pPr>
          </w:p>
        </w:tc>
      </w:tr>
      <w:tr w:rsidR="002170B3" w:rsidRPr="002170B3" w14:paraId="405E593C" w14:textId="77777777" w:rsidTr="00544771">
        <w:tc>
          <w:tcPr>
            <w:tcW w:w="3119" w:type="dxa"/>
            <w:vAlign w:val="center"/>
          </w:tcPr>
          <w:p w14:paraId="1EEBC931" w14:textId="77777777" w:rsidR="002170B3" w:rsidRPr="002170B3" w:rsidRDefault="002170B3" w:rsidP="00544771">
            <w:pPr>
              <w:pStyle w:val="Corpodetexto"/>
              <w:spacing w:before="60" w:after="60"/>
              <w:jc w:val="left"/>
              <w:rPr>
                <w:rStyle w:val="Forte"/>
              </w:rPr>
            </w:pPr>
            <w:r w:rsidRPr="002170B3">
              <w:rPr>
                <w:rStyle w:val="Forte"/>
              </w:rPr>
              <w:t>Endereço Completo</w:t>
            </w:r>
          </w:p>
        </w:tc>
        <w:tc>
          <w:tcPr>
            <w:tcW w:w="6236" w:type="dxa"/>
            <w:vAlign w:val="center"/>
          </w:tcPr>
          <w:p w14:paraId="569229E7" w14:textId="158B5650" w:rsidR="002170B3" w:rsidRPr="002170B3" w:rsidRDefault="002170B3" w:rsidP="00544771">
            <w:pPr>
              <w:pStyle w:val="Corpodetexto"/>
              <w:spacing w:before="60" w:after="60"/>
            </w:pPr>
          </w:p>
        </w:tc>
      </w:tr>
      <w:tr w:rsidR="002170B3" w:rsidRPr="002170B3" w14:paraId="415FE202" w14:textId="77777777" w:rsidTr="00544771">
        <w:tc>
          <w:tcPr>
            <w:tcW w:w="3119" w:type="dxa"/>
            <w:vAlign w:val="center"/>
          </w:tcPr>
          <w:p w14:paraId="7E923639" w14:textId="77777777" w:rsidR="002170B3" w:rsidRPr="002170B3" w:rsidRDefault="002170B3" w:rsidP="00544771">
            <w:pPr>
              <w:pStyle w:val="Corpodetexto"/>
              <w:spacing w:before="60" w:after="60"/>
              <w:jc w:val="left"/>
              <w:rPr>
                <w:rStyle w:val="Forte"/>
              </w:rPr>
            </w:pPr>
            <w:r w:rsidRPr="002170B3">
              <w:rPr>
                <w:rStyle w:val="Forte"/>
              </w:rPr>
              <w:t>Site Institucional</w:t>
            </w:r>
          </w:p>
        </w:tc>
        <w:tc>
          <w:tcPr>
            <w:tcW w:w="6236" w:type="dxa"/>
            <w:vAlign w:val="center"/>
          </w:tcPr>
          <w:p w14:paraId="4A372A55" w14:textId="1D7AFEE0" w:rsidR="002170B3" w:rsidRPr="002170B3" w:rsidRDefault="002170B3" w:rsidP="00544771">
            <w:pPr>
              <w:pStyle w:val="Corpodetexto"/>
              <w:spacing w:before="60" w:after="60"/>
            </w:pPr>
          </w:p>
        </w:tc>
      </w:tr>
      <w:tr w:rsidR="002170B3" w:rsidRPr="00C41F69" w14:paraId="56FB1056" w14:textId="77777777" w:rsidTr="00544771">
        <w:tc>
          <w:tcPr>
            <w:tcW w:w="3119" w:type="dxa"/>
            <w:vAlign w:val="center"/>
          </w:tcPr>
          <w:p w14:paraId="166E4C7B" w14:textId="77777777" w:rsidR="002170B3" w:rsidRPr="002170B3" w:rsidRDefault="002170B3" w:rsidP="00544771">
            <w:pPr>
              <w:pStyle w:val="Corpodetexto"/>
              <w:spacing w:before="60" w:after="60"/>
              <w:jc w:val="left"/>
              <w:rPr>
                <w:rStyle w:val="Forte"/>
              </w:rPr>
            </w:pPr>
            <w:r w:rsidRPr="002170B3">
              <w:rPr>
                <w:rStyle w:val="Forte"/>
              </w:rPr>
              <w:t>Contato Técnico para a Chamada</w:t>
            </w:r>
          </w:p>
        </w:tc>
        <w:tc>
          <w:tcPr>
            <w:tcW w:w="6236" w:type="dxa"/>
            <w:vAlign w:val="center"/>
          </w:tcPr>
          <w:p w14:paraId="2078D7C9" w14:textId="1290999D" w:rsidR="002170B3" w:rsidRPr="002170B3" w:rsidRDefault="002170B3" w:rsidP="00544771">
            <w:pPr>
              <w:pStyle w:val="Corpodetexto"/>
              <w:spacing w:before="60" w:after="60"/>
            </w:pPr>
          </w:p>
        </w:tc>
      </w:tr>
      <w:tr w:rsidR="002170B3" w:rsidRPr="002170B3" w14:paraId="43E9C584" w14:textId="77777777" w:rsidTr="00544771">
        <w:tc>
          <w:tcPr>
            <w:tcW w:w="3119" w:type="dxa"/>
            <w:vAlign w:val="center"/>
          </w:tcPr>
          <w:p w14:paraId="78AE96AB" w14:textId="77777777" w:rsidR="002170B3" w:rsidRPr="002170B3" w:rsidRDefault="002170B3" w:rsidP="00544771">
            <w:pPr>
              <w:pStyle w:val="Corpodetexto"/>
              <w:spacing w:before="60" w:after="60"/>
              <w:jc w:val="left"/>
              <w:rPr>
                <w:rStyle w:val="Forte"/>
              </w:rPr>
            </w:pPr>
            <w:r w:rsidRPr="002170B3">
              <w:rPr>
                <w:rStyle w:val="Forte"/>
              </w:rPr>
              <w:t>Cargo/Função</w:t>
            </w:r>
          </w:p>
        </w:tc>
        <w:tc>
          <w:tcPr>
            <w:tcW w:w="6236" w:type="dxa"/>
            <w:vAlign w:val="center"/>
          </w:tcPr>
          <w:p w14:paraId="5CD71FBF" w14:textId="5061E564" w:rsidR="002170B3" w:rsidRPr="002170B3" w:rsidRDefault="002170B3" w:rsidP="00544771">
            <w:pPr>
              <w:pStyle w:val="Corpodetexto"/>
              <w:spacing w:before="60" w:after="60"/>
            </w:pPr>
          </w:p>
        </w:tc>
      </w:tr>
      <w:tr w:rsidR="002170B3" w:rsidRPr="002170B3" w14:paraId="399011F4" w14:textId="77777777" w:rsidTr="00544771">
        <w:tc>
          <w:tcPr>
            <w:tcW w:w="3119" w:type="dxa"/>
            <w:vAlign w:val="center"/>
          </w:tcPr>
          <w:p w14:paraId="7A4B3EB4" w14:textId="77777777" w:rsidR="002170B3" w:rsidRPr="002170B3" w:rsidRDefault="002170B3" w:rsidP="00544771">
            <w:pPr>
              <w:pStyle w:val="Corpodetexto"/>
              <w:spacing w:before="60" w:after="60"/>
              <w:jc w:val="left"/>
              <w:rPr>
                <w:rStyle w:val="Forte"/>
              </w:rPr>
            </w:pPr>
            <w:r w:rsidRPr="002170B3">
              <w:rPr>
                <w:rStyle w:val="Forte"/>
              </w:rPr>
              <w:t>E-mail</w:t>
            </w:r>
          </w:p>
        </w:tc>
        <w:tc>
          <w:tcPr>
            <w:tcW w:w="6236" w:type="dxa"/>
            <w:vAlign w:val="center"/>
          </w:tcPr>
          <w:p w14:paraId="33B172DB" w14:textId="56AA007F" w:rsidR="002170B3" w:rsidRPr="002170B3" w:rsidRDefault="002170B3" w:rsidP="00544771">
            <w:pPr>
              <w:pStyle w:val="Corpodetexto"/>
              <w:spacing w:before="60" w:after="60"/>
            </w:pPr>
          </w:p>
        </w:tc>
      </w:tr>
      <w:tr w:rsidR="002170B3" w:rsidRPr="002170B3" w14:paraId="5A10ED44" w14:textId="77777777" w:rsidTr="00544771">
        <w:tc>
          <w:tcPr>
            <w:tcW w:w="3119" w:type="dxa"/>
            <w:vAlign w:val="center"/>
          </w:tcPr>
          <w:p w14:paraId="670D81AC" w14:textId="77777777" w:rsidR="002170B3" w:rsidRPr="002170B3" w:rsidRDefault="002170B3" w:rsidP="00544771">
            <w:pPr>
              <w:pStyle w:val="Corpodetexto"/>
              <w:spacing w:before="60" w:after="60"/>
              <w:jc w:val="left"/>
              <w:rPr>
                <w:rStyle w:val="Forte"/>
              </w:rPr>
            </w:pPr>
            <w:r w:rsidRPr="002170B3">
              <w:rPr>
                <w:rStyle w:val="Forte"/>
              </w:rPr>
              <w:t>Telefone</w:t>
            </w:r>
          </w:p>
        </w:tc>
        <w:tc>
          <w:tcPr>
            <w:tcW w:w="6236" w:type="dxa"/>
            <w:vAlign w:val="center"/>
          </w:tcPr>
          <w:p w14:paraId="0C34A0FE" w14:textId="52E1F9CD" w:rsidR="002170B3" w:rsidRPr="002170B3" w:rsidRDefault="002170B3" w:rsidP="00544771">
            <w:pPr>
              <w:pStyle w:val="Corpodetexto"/>
              <w:spacing w:before="60" w:after="60"/>
            </w:pPr>
          </w:p>
        </w:tc>
      </w:tr>
    </w:tbl>
    <w:p w14:paraId="47BB229E" w14:textId="7B691057" w:rsidR="002170B3" w:rsidRPr="002170B3" w:rsidRDefault="002170B3" w:rsidP="002170B3">
      <w:pPr>
        <w:pStyle w:val="Ttulo1"/>
        <w:rPr>
          <w:lang w:val="pt-BR"/>
        </w:rPr>
      </w:pPr>
      <w:r w:rsidRPr="002170B3">
        <w:rPr>
          <w:rStyle w:val="Forte"/>
          <w:b/>
          <w:bCs/>
          <w:lang w:val="pt-BR"/>
        </w:rPr>
        <w:t>Setor e Enquadramento</w:t>
      </w:r>
    </w:p>
    <w:tbl>
      <w:tblPr>
        <w:tblStyle w:val="Tabelacomgrade"/>
        <w:tblW w:w="5000" w:type="pct"/>
        <w:tblBorders>
          <w:top w:val="single" w:sz="12" w:space="0" w:color="4F81BD" w:themeColor="accent1"/>
          <w:left w:val="none" w:sz="0" w:space="0" w:color="auto"/>
          <w:bottom w:val="single" w:sz="12" w:space="0" w:color="4F81BD" w:themeColor="accent1"/>
          <w:right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119"/>
        <w:gridCol w:w="6236"/>
      </w:tblGrid>
      <w:tr w:rsidR="002170B3" w:rsidRPr="002170B3" w14:paraId="66794307" w14:textId="77777777" w:rsidTr="00544771">
        <w:tc>
          <w:tcPr>
            <w:tcW w:w="3119" w:type="dxa"/>
          </w:tcPr>
          <w:p w14:paraId="6B74FDE1" w14:textId="41FCBAAC" w:rsidR="002170B3" w:rsidRPr="002170B3" w:rsidRDefault="002170B3" w:rsidP="00544771">
            <w:pPr>
              <w:pStyle w:val="Corpodetexto"/>
              <w:spacing w:before="60" w:after="60"/>
              <w:jc w:val="left"/>
              <w:rPr>
                <w:rStyle w:val="Forte"/>
              </w:rPr>
            </w:pPr>
            <w:proofErr w:type="gramStart"/>
            <w:r w:rsidRPr="002170B3">
              <w:rPr>
                <w:rStyle w:val="Forte"/>
              </w:rPr>
              <w:t>CNAE Principal</w:t>
            </w:r>
            <w:proofErr w:type="gramEnd"/>
          </w:p>
        </w:tc>
        <w:tc>
          <w:tcPr>
            <w:tcW w:w="6236" w:type="dxa"/>
            <w:vAlign w:val="center"/>
          </w:tcPr>
          <w:p w14:paraId="023C82F9" w14:textId="77777777" w:rsidR="002170B3" w:rsidRPr="002170B3" w:rsidRDefault="002170B3" w:rsidP="00544771">
            <w:pPr>
              <w:pStyle w:val="Corpodetexto"/>
              <w:spacing w:before="60" w:after="60"/>
            </w:pPr>
          </w:p>
        </w:tc>
      </w:tr>
      <w:tr w:rsidR="002170B3" w:rsidRPr="002170B3" w14:paraId="32A2EF5B" w14:textId="77777777" w:rsidTr="00544771">
        <w:tc>
          <w:tcPr>
            <w:tcW w:w="3119" w:type="dxa"/>
          </w:tcPr>
          <w:p w14:paraId="550D42B4" w14:textId="5E456FF6" w:rsidR="002170B3" w:rsidRPr="002170B3" w:rsidRDefault="002170B3" w:rsidP="00544771">
            <w:pPr>
              <w:pStyle w:val="Corpodetexto"/>
              <w:spacing w:before="60" w:after="60"/>
              <w:jc w:val="left"/>
              <w:rPr>
                <w:rStyle w:val="Forte"/>
              </w:rPr>
            </w:pPr>
            <w:r w:rsidRPr="002170B3">
              <w:rPr>
                <w:rStyle w:val="Forte"/>
              </w:rPr>
              <w:t>Setor industrial predominante</w:t>
            </w:r>
          </w:p>
        </w:tc>
        <w:tc>
          <w:tcPr>
            <w:tcW w:w="6236" w:type="dxa"/>
            <w:vAlign w:val="center"/>
          </w:tcPr>
          <w:p w14:paraId="78C4D817" w14:textId="77777777" w:rsidR="002170B3" w:rsidRPr="002170B3" w:rsidRDefault="002170B3" w:rsidP="00544771">
            <w:pPr>
              <w:pStyle w:val="Corpodetexto"/>
              <w:spacing w:before="60" w:after="60"/>
            </w:pPr>
          </w:p>
        </w:tc>
      </w:tr>
    </w:tbl>
    <w:p w14:paraId="5D503E08" w14:textId="0D114F0C" w:rsidR="002170B3" w:rsidRDefault="002170B3" w:rsidP="002170B3">
      <w:pPr>
        <w:pStyle w:val="Ttulo1"/>
        <w:rPr>
          <w:rStyle w:val="Forte"/>
          <w:b/>
          <w:bCs/>
          <w:lang w:val="pt-BR"/>
        </w:rPr>
      </w:pPr>
      <w:r w:rsidRPr="002170B3">
        <w:rPr>
          <w:rStyle w:val="Forte"/>
          <w:b/>
          <w:bCs/>
          <w:lang w:val="pt-BR"/>
        </w:rPr>
        <w:t>Competências Técnicas Relacionadas ao Tema da Chamada</w:t>
      </w:r>
    </w:p>
    <w:p w14:paraId="6C122DAA" w14:textId="79936B42" w:rsidR="002170B3" w:rsidRPr="00544771" w:rsidRDefault="002170B3" w:rsidP="002170B3">
      <w:pPr>
        <w:pStyle w:val="Corpodetexto"/>
        <w:rPr>
          <w:i/>
          <w:sz w:val="20"/>
        </w:rPr>
      </w:pPr>
      <w:r w:rsidRPr="00544771">
        <w:rPr>
          <w:i/>
          <w:sz w:val="20"/>
        </w:rPr>
        <w:t>(listar apenas competências diretamente pertinentes à proposta)</w:t>
      </w:r>
    </w:p>
    <w:tbl>
      <w:tblPr>
        <w:tblStyle w:val="Tabelacomgrade"/>
        <w:tblW w:w="5000" w:type="pct"/>
        <w:tblBorders>
          <w:top w:val="single" w:sz="12" w:space="0" w:color="4F81BD" w:themeColor="accent1"/>
          <w:left w:val="none" w:sz="0" w:space="0" w:color="auto"/>
          <w:bottom w:val="single" w:sz="12" w:space="0" w:color="4F81BD" w:themeColor="accent1"/>
          <w:right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261"/>
        <w:gridCol w:w="6094"/>
      </w:tblGrid>
      <w:tr w:rsidR="00544771" w:rsidRPr="002170B3" w14:paraId="108300D5" w14:textId="77777777" w:rsidTr="00544771">
        <w:tc>
          <w:tcPr>
            <w:tcW w:w="3261" w:type="dxa"/>
          </w:tcPr>
          <w:p w14:paraId="6A689BA9" w14:textId="116B2FF5" w:rsidR="002170B3" w:rsidRPr="002170B3" w:rsidRDefault="002170B3" w:rsidP="00544771">
            <w:pPr>
              <w:pStyle w:val="Corpodetexto"/>
              <w:spacing w:before="60" w:after="60"/>
              <w:jc w:val="left"/>
              <w:rPr>
                <w:rStyle w:val="Forte"/>
              </w:rPr>
            </w:pPr>
            <w:r w:rsidRPr="002170B3">
              <w:rPr>
                <w:rStyle w:val="Forte"/>
              </w:rPr>
              <w:t>Competência 1</w:t>
            </w:r>
          </w:p>
        </w:tc>
        <w:tc>
          <w:tcPr>
            <w:tcW w:w="6094" w:type="dxa"/>
            <w:vAlign w:val="center"/>
          </w:tcPr>
          <w:p w14:paraId="4A288BAB" w14:textId="77777777" w:rsidR="002170B3" w:rsidRPr="002170B3" w:rsidRDefault="002170B3" w:rsidP="00544771">
            <w:pPr>
              <w:pStyle w:val="Corpodetexto"/>
              <w:spacing w:before="60" w:after="60"/>
            </w:pPr>
          </w:p>
        </w:tc>
      </w:tr>
      <w:tr w:rsidR="002170B3" w:rsidRPr="002170B3" w14:paraId="03F6FA9B" w14:textId="77777777" w:rsidTr="00544771">
        <w:tc>
          <w:tcPr>
            <w:tcW w:w="3261" w:type="dxa"/>
          </w:tcPr>
          <w:p w14:paraId="36FAE4BA" w14:textId="581B97B4" w:rsidR="002170B3" w:rsidRPr="002170B3" w:rsidRDefault="002170B3" w:rsidP="00544771">
            <w:pPr>
              <w:pStyle w:val="Corpodetexto"/>
              <w:spacing w:before="60" w:after="60"/>
              <w:jc w:val="left"/>
              <w:rPr>
                <w:rStyle w:val="Forte"/>
              </w:rPr>
            </w:pPr>
            <w:r w:rsidRPr="002170B3">
              <w:rPr>
                <w:rStyle w:val="Forte"/>
              </w:rPr>
              <w:t>Competência 2</w:t>
            </w:r>
          </w:p>
        </w:tc>
        <w:tc>
          <w:tcPr>
            <w:tcW w:w="6094" w:type="dxa"/>
            <w:vAlign w:val="center"/>
          </w:tcPr>
          <w:p w14:paraId="522581F2" w14:textId="77777777" w:rsidR="002170B3" w:rsidRPr="002170B3" w:rsidRDefault="002170B3" w:rsidP="00544771">
            <w:pPr>
              <w:pStyle w:val="Corpodetexto"/>
              <w:spacing w:before="60" w:after="60"/>
            </w:pPr>
          </w:p>
        </w:tc>
      </w:tr>
      <w:tr w:rsidR="002170B3" w:rsidRPr="002170B3" w14:paraId="22DB6D94" w14:textId="77777777" w:rsidTr="00544771">
        <w:tc>
          <w:tcPr>
            <w:tcW w:w="3261" w:type="dxa"/>
          </w:tcPr>
          <w:p w14:paraId="0A4A6E8F" w14:textId="4F5D9E5A" w:rsidR="002170B3" w:rsidRPr="002170B3" w:rsidRDefault="002170B3" w:rsidP="00544771">
            <w:pPr>
              <w:pStyle w:val="Corpodetexto"/>
              <w:spacing w:before="60" w:after="60"/>
              <w:jc w:val="left"/>
              <w:rPr>
                <w:rStyle w:val="Forte"/>
              </w:rPr>
            </w:pPr>
            <w:r w:rsidRPr="002170B3">
              <w:rPr>
                <w:rStyle w:val="Forte"/>
              </w:rPr>
              <w:t>Competência 3</w:t>
            </w:r>
          </w:p>
        </w:tc>
        <w:tc>
          <w:tcPr>
            <w:tcW w:w="6094" w:type="dxa"/>
            <w:vAlign w:val="center"/>
          </w:tcPr>
          <w:p w14:paraId="64802369" w14:textId="77777777" w:rsidR="002170B3" w:rsidRPr="002170B3" w:rsidRDefault="002170B3" w:rsidP="00544771">
            <w:pPr>
              <w:pStyle w:val="Corpodetexto"/>
              <w:spacing w:before="60" w:after="60"/>
            </w:pPr>
          </w:p>
        </w:tc>
      </w:tr>
      <w:tr w:rsidR="00544771" w:rsidRPr="002170B3" w14:paraId="104B2DB3" w14:textId="77777777" w:rsidTr="00544771">
        <w:tc>
          <w:tcPr>
            <w:tcW w:w="3261" w:type="dxa"/>
          </w:tcPr>
          <w:p w14:paraId="0CC39977" w14:textId="3057FA82" w:rsidR="002170B3" w:rsidRPr="002170B3" w:rsidRDefault="002170B3" w:rsidP="00544771">
            <w:pPr>
              <w:pStyle w:val="Corpodetexto"/>
              <w:spacing w:before="60" w:after="60"/>
              <w:jc w:val="left"/>
              <w:rPr>
                <w:rStyle w:val="Forte"/>
              </w:rPr>
            </w:pPr>
            <w:r w:rsidRPr="002170B3">
              <w:rPr>
                <w:rStyle w:val="Forte"/>
              </w:rPr>
              <w:t>Outras competências específicas</w:t>
            </w:r>
          </w:p>
        </w:tc>
        <w:tc>
          <w:tcPr>
            <w:tcW w:w="6094" w:type="dxa"/>
            <w:vAlign w:val="center"/>
          </w:tcPr>
          <w:p w14:paraId="46E3128B" w14:textId="77777777" w:rsidR="002170B3" w:rsidRPr="002170B3" w:rsidRDefault="002170B3" w:rsidP="00544771">
            <w:pPr>
              <w:pStyle w:val="Corpodetexto"/>
              <w:spacing w:before="60" w:after="60"/>
            </w:pPr>
          </w:p>
        </w:tc>
      </w:tr>
    </w:tbl>
    <w:p w14:paraId="188E54DA" w14:textId="20F48E4D" w:rsidR="002170B3" w:rsidRPr="002170B3" w:rsidRDefault="002170B3" w:rsidP="002170B3">
      <w:pPr>
        <w:pStyle w:val="Ttulo1"/>
        <w:rPr>
          <w:lang w:val="pt-BR"/>
        </w:rPr>
      </w:pPr>
      <w:r w:rsidRPr="002170B3">
        <w:rPr>
          <w:rStyle w:val="Forte"/>
          <w:b/>
          <w:bCs/>
          <w:lang w:val="pt-BR"/>
        </w:rPr>
        <w:lastRenderedPageBreak/>
        <w:t>Capacidade Técnica e Organizacional</w:t>
      </w:r>
    </w:p>
    <w:p w14:paraId="2759DD34" w14:textId="4E875760" w:rsidR="002170B3" w:rsidRPr="002170B3" w:rsidRDefault="002170B3" w:rsidP="002170B3">
      <w:pPr>
        <w:pStyle w:val="Ttulo2"/>
        <w:rPr>
          <w:lang w:val="pt-BR"/>
        </w:rPr>
      </w:pPr>
      <w:r w:rsidRPr="002170B3">
        <w:rPr>
          <w:rStyle w:val="Forte"/>
          <w:b/>
          <w:bCs/>
          <w:lang w:val="pt-BR"/>
        </w:rPr>
        <w:t>Equipe Técnica Relacionada ao Tema</w:t>
      </w:r>
    </w:p>
    <w:p w14:paraId="3D87DB99" w14:textId="75437251" w:rsidR="002170B3" w:rsidRPr="00544771" w:rsidRDefault="002170B3" w:rsidP="00544771">
      <w:pPr>
        <w:pStyle w:val="Corpodetexto"/>
        <w:keepNext/>
        <w:rPr>
          <w:iCs/>
          <w:sz w:val="20"/>
        </w:rPr>
      </w:pPr>
      <w:r w:rsidRPr="00544771">
        <w:rPr>
          <w:iCs/>
          <w:sz w:val="20"/>
        </w:rPr>
        <w:t>(indicar perfis profissionais e áreas técnicas relevantes, sem necessidade de detalhamento numérico nesta etapa)</w:t>
      </w:r>
    </w:p>
    <w:tbl>
      <w:tblPr>
        <w:tblStyle w:val="Tabelacomgrade"/>
        <w:tblW w:w="5000" w:type="pct"/>
        <w:tblBorders>
          <w:top w:val="single" w:sz="12" w:space="0" w:color="4F81BD" w:themeColor="accent1"/>
          <w:left w:val="none" w:sz="0" w:space="0" w:color="auto"/>
          <w:bottom w:val="single" w:sz="12" w:space="0" w:color="4F81BD" w:themeColor="accent1"/>
          <w:right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119"/>
        <w:gridCol w:w="6236"/>
      </w:tblGrid>
      <w:tr w:rsidR="00544771" w:rsidRPr="002170B3" w14:paraId="016AB0AD" w14:textId="77777777" w:rsidTr="00544771">
        <w:tc>
          <w:tcPr>
            <w:tcW w:w="3119" w:type="dxa"/>
          </w:tcPr>
          <w:p w14:paraId="32A11E89" w14:textId="787E4C72" w:rsidR="002170B3" w:rsidRPr="002170B3" w:rsidRDefault="002170B3" w:rsidP="00544771">
            <w:pPr>
              <w:pStyle w:val="Corpodetexto"/>
              <w:spacing w:before="60" w:after="60"/>
              <w:jc w:val="left"/>
              <w:rPr>
                <w:rStyle w:val="Forte"/>
              </w:rPr>
            </w:pPr>
            <w:r w:rsidRPr="002170B3">
              <w:rPr>
                <w:rStyle w:val="Forte"/>
              </w:rPr>
              <w:t>Áreas mais relevantes</w:t>
            </w:r>
          </w:p>
        </w:tc>
        <w:tc>
          <w:tcPr>
            <w:tcW w:w="6236" w:type="dxa"/>
            <w:vAlign w:val="center"/>
          </w:tcPr>
          <w:p w14:paraId="76B86BB3" w14:textId="77777777" w:rsidR="002170B3" w:rsidRDefault="002170B3" w:rsidP="00544771">
            <w:pPr>
              <w:pStyle w:val="Corpodetexto"/>
              <w:spacing w:before="60" w:after="60"/>
            </w:pPr>
          </w:p>
          <w:p w14:paraId="111B1C41" w14:textId="77777777" w:rsidR="002170B3" w:rsidRDefault="002170B3" w:rsidP="00544771">
            <w:pPr>
              <w:pStyle w:val="Corpodetexto"/>
              <w:spacing w:before="60" w:after="60"/>
            </w:pPr>
          </w:p>
          <w:p w14:paraId="0BAD688D" w14:textId="77777777" w:rsidR="002170B3" w:rsidRDefault="002170B3" w:rsidP="00544771">
            <w:pPr>
              <w:pStyle w:val="Corpodetexto"/>
              <w:spacing w:before="60" w:after="60"/>
            </w:pPr>
          </w:p>
          <w:p w14:paraId="6A1D4EF3" w14:textId="0ACA3DB1" w:rsidR="007A0714" w:rsidRPr="002170B3" w:rsidRDefault="007A0714" w:rsidP="00544771">
            <w:pPr>
              <w:pStyle w:val="Corpodetexto"/>
              <w:spacing w:before="60" w:after="60"/>
            </w:pPr>
          </w:p>
        </w:tc>
      </w:tr>
      <w:tr w:rsidR="00544771" w:rsidRPr="002170B3" w14:paraId="751E06C1" w14:textId="77777777" w:rsidTr="00544771">
        <w:tc>
          <w:tcPr>
            <w:tcW w:w="3119" w:type="dxa"/>
          </w:tcPr>
          <w:p w14:paraId="75087BA4" w14:textId="21814D46" w:rsidR="002170B3" w:rsidRPr="002170B3" w:rsidRDefault="002170B3" w:rsidP="00544771">
            <w:pPr>
              <w:pStyle w:val="Corpodetexto"/>
              <w:spacing w:before="60" w:after="60"/>
              <w:jc w:val="left"/>
              <w:rPr>
                <w:rStyle w:val="Forte"/>
              </w:rPr>
            </w:pPr>
            <w:r>
              <w:rPr>
                <w:rStyle w:val="Forte"/>
              </w:rPr>
              <w:t>P</w:t>
            </w:r>
            <w:r w:rsidRPr="002170B3">
              <w:rPr>
                <w:rStyle w:val="Forte"/>
              </w:rPr>
              <w:t>erfis técnicos mais relevantes</w:t>
            </w:r>
          </w:p>
        </w:tc>
        <w:tc>
          <w:tcPr>
            <w:tcW w:w="6236" w:type="dxa"/>
            <w:vAlign w:val="center"/>
          </w:tcPr>
          <w:p w14:paraId="6C7E6F76" w14:textId="77777777" w:rsidR="002170B3" w:rsidRDefault="002170B3" w:rsidP="00544771">
            <w:pPr>
              <w:pStyle w:val="Corpodetexto"/>
              <w:spacing w:before="60" w:after="60"/>
            </w:pPr>
          </w:p>
          <w:p w14:paraId="4986FC60" w14:textId="16909402" w:rsidR="002170B3" w:rsidRDefault="002170B3" w:rsidP="00544771">
            <w:pPr>
              <w:pStyle w:val="Corpodetexto"/>
              <w:spacing w:before="60" w:after="60"/>
            </w:pPr>
          </w:p>
          <w:p w14:paraId="438ADFB3" w14:textId="77777777" w:rsidR="007A0714" w:rsidRDefault="007A0714" w:rsidP="00544771">
            <w:pPr>
              <w:pStyle w:val="Corpodetexto"/>
              <w:spacing w:before="60" w:after="60"/>
            </w:pPr>
          </w:p>
          <w:p w14:paraId="617C3585" w14:textId="77777777" w:rsidR="002170B3" w:rsidRPr="002170B3" w:rsidRDefault="002170B3" w:rsidP="00544771">
            <w:pPr>
              <w:pStyle w:val="Corpodetexto"/>
              <w:spacing w:before="60" w:after="60"/>
            </w:pPr>
          </w:p>
        </w:tc>
      </w:tr>
    </w:tbl>
    <w:p w14:paraId="65C80A11" w14:textId="7391827D" w:rsidR="002170B3" w:rsidRPr="002170B3" w:rsidRDefault="002170B3" w:rsidP="002170B3">
      <w:pPr>
        <w:pStyle w:val="Ttulo2"/>
        <w:rPr>
          <w:lang w:val="pt-BR"/>
        </w:rPr>
      </w:pPr>
      <w:r w:rsidRPr="002170B3">
        <w:rPr>
          <w:rStyle w:val="Forte"/>
          <w:b/>
          <w:bCs/>
          <w:lang w:val="pt-BR"/>
        </w:rPr>
        <w:t xml:space="preserve">Experiência em </w:t>
      </w:r>
      <w:r w:rsidR="007A0714" w:rsidRPr="007A0714">
        <w:rPr>
          <w:rStyle w:val="Forte"/>
          <w:b/>
          <w:bCs/>
          <w:lang w:val="pt-BR"/>
        </w:rPr>
        <w:t xml:space="preserve">Participação </w:t>
      </w:r>
      <w:r w:rsidRPr="002170B3">
        <w:rPr>
          <w:rStyle w:val="Forte"/>
          <w:b/>
          <w:bCs/>
          <w:lang w:val="pt-BR"/>
        </w:rPr>
        <w:t>de Projetos</w:t>
      </w:r>
      <w:r w:rsidR="007A0714">
        <w:rPr>
          <w:rStyle w:val="Forte"/>
          <w:b/>
          <w:bCs/>
          <w:lang w:val="pt-BR"/>
        </w:rPr>
        <w:t xml:space="preserve"> Cooperativos</w:t>
      </w:r>
    </w:p>
    <w:tbl>
      <w:tblPr>
        <w:tblStyle w:val="Tabelacomgrade"/>
        <w:tblW w:w="5000" w:type="pct"/>
        <w:tblBorders>
          <w:top w:val="single" w:sz="12" w:space="0" w:color="4F81BD" w:themeColor="accent1"/>
          <w:left w:val="none" w:sz="0" w:space="0" w:color="auto"/>
          <w:bottom w:val="single" w:sz="12" w:space="0" w:color="4F81BD" w:themeColor="accent1"/>
          <w:right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119"/>
        <w:gridCol w:w="6236"/>
      </w:tblGrid>
      <w:tr w:rsidR="00544771" w:rsidRPr="00C41F69" w14:paraId="006A5F5B" w14:textId="77777777" w:rsidTr="00544771">
        <w:tc>
          <w:tcPr>
            <w:tcW w:w="3119" w:type="dxa"/>
          </w:tcPr>
          <w:p w14:paraId="381239FD" w14:textId="77777777" w:rsidR="002170B3" w:rsidRDefault="002170B3" w:rsidP="00544771">
            <w:pPr>
              <w:pStyle w:val="Corpodetexto"/>
              <w:spacing w:before="60" w:after="60"/>
              <w:jc w:val="left"/>
              <w:rPr>
                <w:rStyle w:val="Forte"/>
              </w:rPr>
            </w:pPr>
            <w:r w:rsidRPr="002170B3">
              <w:rPr>
                <w:rStyle w:val="Forte"/>
              </w:rPr>
              <w:t xml:space="preserve">Experiência prévia em projetos </w:t>
            </w:r>
            <w:r w:rsidR="007A0714">
              <w:rPr>
                <w:rStyle w:val="Forte"/>
              </w:rPr>
              <w:t xml:space="preserve">cooperativos </w:t>
            </w:r>
            <w:r w:rsidRPr="002170B3">
              <w:rPr>
                <w:rStyle w:val="Forte"/>
              </w:rPr>
              <w:t>de engenharia, inovação ou P&amp;D:</w:t>
            </w:r>
          </w:p>
          <w:p w14:paraId="45EC1FA2" w14:textId="6CB3BC06" w:rsidR="007A0714" w:rsidRPr="002170B3" w:rsidRDefault="007A0714" w:rsidP="007A0714">
            <w:pPr>
              <w:pStyle w:val="Corpodetexto"/>
              <w:rPr>
                <w:rStyle w:val="Forte"/>
              </w:rPr>
            </w:pPr>
            <w:r w:rsidRPr="00544771">
              <w:rPr>
                <w:i/>
                <w:sz w:val="20"/>
              </w:rPr>
              <w:t>(</w:t>
            </w:r>
            <w:r>
              <w:rPr>
                <w:i/>
                <w:sz w:val="20"/>
              </w:rPr>
              <w:t>apresentar h</w:t>
            </w:r>
            <w:r w:rsidRPr="007A0714">
              <w:rPr>
                <w:i/>
                <w:sz w:val="20"/>
              </w:rPr>
              <w:t xml:space="preserve">istórico </w:t>
            </w:r>
            <w:r>
              <w:rPr>
                <w:i/>
                <w:sz w:val="20"/>
              </w:rPr>
              <w:t xml:space="preserve">e descritivo </w:t>
            </w:r>
            <w:r w:rsidRPr="007A0714">
              <w:rPr>
                <w:i/>
                <w:sz w:val="20"/>
              </w:rPr>
              <w:t>d</w:t>
            </w:r>
            <w:r>
              <w:rPr>
                <w:i/>
                <w:sz w:val="20"/>
              </w:rPr>
              <w:t>a</w:t>
            </w:r>
            <w:r w:rsidRPr="007A0714">
              <w:rPr>
                <w:i/>
                <w:sz w:val="20"/>
              </w:rPr>
              <w:t xml:space="preserve"> participação </w:t>
            </w:r>
            <w:r>
              <w:rPr>
                <w:i/>
                <w:sz w:val="20"/>
              </w:rPr>
              <w:t xml:space="preserve">da empresa </w:t>
            </w:r>
            <w:r w:rsidRPr="007A0714">
              <w:rPr>
                <w:i/>
                <w:sz w:val="20"/>
              </w:rPr>
              <w:t>em projetos cooperativos</w:t>
            </w:r>
            <w:r w:rsidRPr="00544771">
              <w:rPr>
                <w:i/>
                <w:sz w:val="20"/>
              </w:rPr>
              <w:t>)</w:t>
            </w:r>
          </w:p>
        </w:tc>
        <w:tc>
          <w:tcPr>
            <w:tcW w:w="6236" w:type="dxa"/>
            <w:vAlign w:val="center"/>
          </w:tcPr>
          <w:p w14:paraId="0E86699D" w14:textId="77777777" w:rsidR="002170B3" w:rsidRDefault="002170B3" w:rsidP="00544771">
            <w:pPr>
              <w:pStyle w:val="Corpodetexto"/>
              <w:spacing w:before="60" w:after="60"/>
            </w:pPr>
          </w:p>
          <w:p w14:paraId="558E64C1" w14:textId="77777777" w:rsidR="002170B3" w:rsidRDefault="002170B3" w:rsidP="00544771">
            <w:pPr>
              <w:pStyle w:val="Corpodetexto"/>
              <w:spacing w:before="60" w:after="60"/>
            </w:pPr>
          </w:p>
          <w:p w14:paraId="4E60CB93" w14:textId="77777777" w:rsidR="002170B3" w:rsidRDefault="002170B3" w:rsidP="00544771">
            <w:pPr>
              <w:pStyle w:val="Corpodetexto"/>
              <w:spacing w:before="60" w:after="60"/>
            </w:pPr>
          </w:p>
          <w:p w14:paraId="181F3614" w14:textId="41B4C11A" w:rsidR="007A0714" w:rsidRPr="002170B3" w:rsidRDefault="007A0714" w:rsidP="00544771">
            <w:pPr>
              <w:pStyle w:val="Corpodetexto"/>
              <w:spacing w:before="60" w:after="60"/>
            </w:pPr>
          </w:p>
        </w:tc>
      </w:tr>
    </w:tbl>
    <w:p w14:paraId="658A2A0C" w14:textId="75EA06D3" w:rsidR="002170B3" w:rsidRPr="002170B3" w:rsidRDefault="002170B3" w:rsidP="00544771">
      <w:pPr>
        <w:pStyle w:val="Ttulo1"/>
        <w:rPr>
          <w:lang w:val="pt-BR"/>
        </w:rPr>
      </w:pPr>
      <w:proofErr w:type="gramStart"/>
      <w:r w:rsidRPr="002170B3">
        <w:rPr>
          <w:rStyle w:val="Forte"/>
          <w:b/>
          <w:bCs/>
          <w:lang w:val="pt-BR"/>
        </w:rPr>
        <w:t>Infraestrutura e Recursos Disponíveis</w:t>
      </w:r>
      <w:proofErr w:type="gramEnd"/>
    </w:p>
    <w:p w14:paraId="007C019A" w14:textId="0DF31FD1" w:rsidR="002170B3" w:rsidRPr="00544771" w:rsidRDefault="002170B3" w:rsidP="00544771">
      <w:pPr>
        <w:pStyle w:val="Corpodetexto"/>
        <w:rPr>
          <w:i/>
          <w:sz w:val="20"/>
        </w:rPr>
      </w:pPr>
      <w:r w:rsidRPr="00544771">
        <w:rPr>
          <w:i/>
          <w:sz w:val="20"/>
        </w:rPr>
        <w:t>(informar prioritariamente o</w:t>
      </w:r>
      <w:r w:rsidR="007A0714">
        <w:rPr>
          <w:i/>
          <w:sz w:val="20"/>
        </w:rPr>
        <w:t>s ativos aplicáveis a P&amp;D</w:t>
      </w:r>
      <w:r w:rsidRPr="00544771">
        <w:rPr>
          <w:i/>
          <w:sz w:val="20"/>
        </w:rPr>
        <w:t xml:space="preserve"> relevante</w:t>
      </w:r>
      <w:r w:rsidR="007A0714">
        <w:rPr>
          <w:i/>
          <w:sz w:val="20"/>
        </w:rPr>
        <w:t>s</w:t>
      </w:r>
      <w:r w:rsidRPr="00544771">
        <w:rPr>
          <w:i/>
          <w:sz w:val="20"/>
        </w:rPr>
        <w:t xml:space="preserve"> para o escopo da Chamada)</w:t>
      </w:r>
    </w:p>
    <w:tbl>
      <w:tblPr>
        <w:tblStyle w:val="Tabelacomgrade"/>
        <w:tblW w:w="5000" w:type="pct"/>
        <w:tblBorders>
          <w:top w:val="single" w:sz="12" w:space="0" w:color="4F81BD" w:themeColor="accent1"/>
          <w:left w:val="none" w:sz="0" w:space="0" w:color="auto"/>
          <w:bottom w:val="single" w:sz="12" w:space="0" w:color="4F81BD" w:themeColor="accent1"/>
          <w:right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119"/>
        <w:gridCol w:w="6236"/>
      </w:tblGrid>
      <w:tr w:rsidR="00544771" w:rsidRPr="00C41F69" w14:paraId="257666BB" w14:textId="77777777" w:rsidTr="00544771">
        <w:tc>
          <w:tcPr>
            <w:tcW w:w="3119" w:type="dxa"/>
          </w:tcPr>
          <w:p w14:paraId="12F03902" w14:textId="69D4A0D5" w:rsidR="00544771" w:rsidRPr="002170B3" w:rsidRDefault="00544771" w:rsidP="00544771">
            <w:pPr>
              <w:pStyle w:val="Corpodetexto"/>
              <w:spacing w:before="60" w:after="60"/>
              <w:jc w:val="left"/>
              <w:rPr>
                <w:rStyle w:val="Forte"/>
              </w:rPr>
            </w:pPr>
            <w:r w:rsidRPr="009016B4">
              <w:rPr>
                <w:rStyle w:val="Forte"/>
              </w:rPr>
              <w:t>Instalações ou unidades com potencial participação no projeto:</w:t>
            </w:r>
          </w:p>
        </w:tc>
        <w:tc>
          <w:tcPr>
            <w:tcW w:w="6236" w:type="dxa"/>
            <w:vAlign w:val="center"/>
          </w:tcPr>
          <w:p w14:paraId="24C7AE03" w14:textId="77777777" w:rsidR="00544771" w:rsidRDefault="00544771" w:rsidP="00544771">
            <w:pPr>
              <w:pStyle w:val="Corpodetexto"/>
              <w:spacing w:before="60" w:after="60"/>
            </w:pPr>
          </w:p>
          <w:p w14:paraId="1B6B69FB" w14:textId="77777777" w:rsidR="00544771" w:rsidRDefault="00544771" w:rsidP="00544771">
            <w:pPr>
              <w:pStyle w:val="Corpodetexto"/>
              <w:spacing w:before="60" w:after="60"/>
            </w:pPr>
          </w:p>
          <w:p w14:paraId="1AA42993" w14:textId="77777777" w:rsidR="00544771" w:rsidRDefault="00544771" w:rsidP="00544771">
            <w:pPr>
              <w:pStyle w:val="Corpodetexto"/>
              <w:spacing w:before="60" w:after="60"/>
            </w:pPr>
          </w:p>
          <w:p w14:paraId="20E25227" w14:textId="726EAB07" w:rsidR="007A0714" w:rsidRPr="002170B3" w:rsidRDefault="007A0714" w:rsidP="00544771">
            <w:pPr>
              <w:pStyle w:val="Corpodetexto"/>
              <w:spacing w:before="60" w:after="60"/>
            </w:pPr>
          </w:p>
        </w:tc>
      </w:tr>
      <w:tr w:rsidR="00544771" w:rsidRPr="00C41F69" w14:paraId="27645D2D" w14:textId="77777777" w:rsidTr="00544771">
        <w:tc>
          <w:tcPr>
            <w:tcW w:w="3119" w:type="dxa"/>
          </w:tcPr>
          <w:p w14:paraId="16B656D2" w14:textId="1D2AF807" w:rsidR="00544771" w:rsidRPr="002170B3" w:rsidRDefault="00544771" w:rsidP="00544771">
            <w:pPr>
              <w:pStyle w:val="Corpodetexto"/>
              <w:spacing w:before="60" w:after="60"/>
              <w:jc w:val="left"/>
              <w:rPr>
                <w:rStyle w:val="Forte"/>
              </w:rPr>
            </w:pPr>
            <w:r w:rsidRPr="009016B4">
              <w:rPr>
                <w:rStyle w:val="Forte"/>
              </w:rPr>
              <w:t>Equipamentos, sistemas, plataformas ou ativos tecnológicos aplicáveis:</w:t>
            </w:r>
          </w:p>
        </w:tc>
        <w:tc>
          <w:tcPr>
            <w:tcW w:w="6236" w:type="dxa"/>
            <w:vAlign w:val="center"/>
          </w:tcPr>
          <w:p w14:paraId="256DF5C4" w14:textId="26DBB3F6" w:rsidR="00544771" w:rsidRDefault="00544771" w:rsidP="00544771">
            <w:pPr>
              <w:pStyle w:val="Corpodetexto"/>
              <w:spacing w:before="60" w:after="60"/>
            </w:pPr>
          </w:p>
          <w:p w14:paraId="5593A9C0" w14:textId="77777777" w:rsidR="007A0714" w:rsidRDefault="007A0714" w:rsidP="00544771">
            <w:pPr>
              <w:pStyle w:val="Corpodetexto"/>
              <w:spacing w:before="60" w:after="60"/>
            </w:pPr>
          </w:p>
          <w:p w14:paraId="067A2A9C" w14:textId="77777777" w:rsidR="00544771" w:rsidRDefault="00544771" w:rsidP="00544771">
            <w:pPr>
              <w:pStyle w:val="Corpodetexto"/>
              <w:spacing w:before="60" w:after="60"/>
            </w:pPr>
          </w:p>
          <w:p w14:paraId="6C2D7813" w14:textId="77777777" w:rsidR="00544771" w:rsidRDefault="00544771" w:rsidP="00544771">
            <w:pPr>
              <w:pStyle w:val="Corpodetexto"/>
              <w:spacing w:before="60" w:after="60"/>
            </w:pPr>
          </w:p>
        </w:tc>
      </w:tr>
      <w:tr w:rsidR="00544771" w:rsidRPr="00C41F69" w14:paraId="43229639" w14:textId="77777777" w:rsidTr="00544771">
        <w:tc>
          <w:tcPr>
            <w:tcW w:w="3119" w:type="dxa"/>
          </w:tcPr>
          <w:p w14:paraId="544399BB" w14:textId="1479E68F" w:rsidR="00544771" w:rsidRPr="002170B3" w:rsidRDefault="00544771" w:rsidP="00544771">
            <w:pPr>
              <w:pStyle w:val="Corpodetexto"/>
              <w:spacing w:before="60" w:after="60"/>
              <w:jc w:val="left"/>
              <w:rPr>
                <w:rStyle w:val="Forte"/>
              </w:rPr>
            </w:pPr>
            <w:r w:rsidRPr="009016B4">
              <w:rPr>
                <w:rStyle w:val="Forte"/>
              </w:rPr>
              <w:t>Softwares ou ferramentas técnicas utilizadas:</w:t>
            </w:r>
          </w:p>
        </w:tc>
        <w:tc>
          <w:tcPr>
            <w:tcW w:w="6236" w:type="dxa"/>
            <w:vAlign w:val="center"/>
          </w:tcPr>
          <w:p w14:paraId="71320908" w14:textId="77777777" w:rsidR="00544771" w:rsidRDefault="00544771" w:rsidP="00544771">
            <w:pPr>
              <w:pStyle w:val="Corpodetexto"/>
              <w:spacing w:before="60" w:after="60"/>
            </w:pPr>
          </w:p>
          <w:p w14:paraId="27916C0C" w14:textId="1CE40C3C" w:rsidR="00544771" w:rsidRDefault="00544771" w:rsidP="00544771">
            <w:pPr>
              <w:pStyle w:val="Corpodetexto"/>
              <w:spacing w:before="60" w:after="60"/>
            </w:pPr>
          </w:p>
          <w:p w14:paraId="73B61955" w14:textId="77777777" w:rsidR="007A0714" w:rsidRDefault="007A0714" w:rsidP="00544771">
            <w:pPr>
              <w:pStyle w:val="Corpodetexto"/>
              <w:spacing w:before="60" w:after="60"/>
            </w:pPr>
          </w:p>
          <w:p w14:paraId="406D7B5E" w14:textId="77777777" w:rsidR="00544771" w:rsidRDefault="00544771" w:rsidP="00544771">
            <w:pPr>
              <w:pStyle w:val="Corpodetexto"/>
              <w:spacing w:before="60" w:after="60"/>
            </w:pPr>
          </w:p>
        </w:tc>
      </w:tr>
    </w:tbl>
    <w:p w14:paraId="4DEBFFBE" w14:textId="2D9CB83F" w:rsidR="002170B3" w:rsidRPr="002170B3" w:rsidRDefault="002170B3" w:rsidP="00544771">
      <w:pPr>
        <w:pStyle w:val="Ttulo1"/>
        <w:rPr>
          <w:lang w:val="pt-BR"/>
        </w:rPr>
      </w:pPr>
      <w:r w:rsidRPr="002170B3">
        <w:rPr>
          <w:rStyle w:val="Forte"/>
          <w:b/>
          <w:bCs/>
          <w:lang w:val="pt-BR"/>
        </w:rPr>
        <w:lastRenderedPageBreak/>
        <w:t>Declaração</w:t>
      </w:r>
    </w:p>
    <w:p w14:paraId="71BEE932" w14:textId="77777777" w:rsidR="002170B3" w:rsidRPr="002170B3" w:rsidRDefault="002170B3" w:rsidP="00544771">
      <w:pPr>
        <w:pStyle w:val="Corpodetexto"/>
      </w:pPr>
      <w:r w:rsidRPr="002170B3">
        <w:t xml:space="preserve">A </w:t>
      </w:r>
      <w:r w:rsidRPr="002170B3">
        <w:rPr>
          <w:rStyle w:val="Forte"/>
        </w:rPr>
        <w:t>[NOME DA EMPRESA]</w:t>
      </w:r>
      <w:r w:rsidRPr="002170B3">
        <w:t xml:space="preserve"> declara que as informações prestadas neste formulário refletem suas capacidades técnicas e institucionais pertinentes à participação na </w:t>
      </w:r>
      <w:r w:rsidRPr="002170B3">
        <w:rPr>
          <w:rStyle w:val="Forte"/>
        </w:rPr>
        <w:t>Chamada Regional – Soluções Inovadoras para Estruturas Autoinstaláveis de Parques Eólicos Offshore</w:t>
      </w:r>
      <w:r w:rsidRPr="002170B3">
        <w:t>.</w:t>
      </w:r>
    </w:p>
    <w:p w14:paraId="440526D0" w14:textId="77777777" w:rsidR="002170B3" w:rsidRPr="00544771" w:rsidRDefault="002170B3" w:rsidP="00544771">
      <w:pPr>
        <w:pStyle w:val="Ttulo1"/>
        <w:ind w:left="431" w:hanging="431"/>
        <w:rPr>
          <w:rStyle w:val="Forte"/>
          <w:lang w:val="pt-BR"/>
        </w:rPr>
      </w:pPr>
      <w:r w:rsidRPr="00544771">
        <w:rPr>
          <w:rStyle w:val="Forte"/>
          <w:b/>
          <w:bCs/>
          <w:lang w:val="pt-BR"/>
        </w:rPr>
        <w:t>Assinatura do Representante Legal:</w:t>
      </w:r>
    </w:p>
    <w:p w14:paraId="68CDAFF3" w14:textId="77777777" w:rsidR="00544771" w:rsidRPr="003E435E" w:rsidRDefault="00544771" w:rsidP="00544771">
      <w:pPr>
        <w:pStyle w:val="Corpodetexto"/>
        <w:contextualSpacing/>
        <w:rPr>
          <w:rFonts w:asciiTheme="majorHAnsi" w:hAnsiTheme="majorHAnsi" w:cstheme="majorHAnsi"/>
          <w:b/>
        </w:rPr>
      </w:pPr>
      <w:r w:rsidRPr="003E435E">
        <w:rPr>
          <w:rFonts w:asciiTheme="majorHAnsi" w:hAnsiTheme="majorHAnsi" w:cstheme="majorHAnsi"/>
          <w:b/>
        </w:rPr>
        <w:t>[NOME DO REPRESENTANTE LEGAL]</w:t>
      </w:r>
    </w:p>
    <w:p w14:paraId="35E3E8BA" w14:textId="77777777" w:rsidR="00544771" w:rsidRPr="003E435E" w:rsidRDefault="00544771" w:rsidP="00544771">
      <w:pPr>
        <w:pStyle w:val="Corpodetexto"/>
        <w:contextualSpacing/>
        <w:rPr>
          <w:rFonts w:asciiTheme="majorHAnsi" w:hAnsiTheme="majorHAnsi" w:cstheme="majorHAnsi"/>
        </w:rPr>
      </w:pPr>
      <w:r w:rsidRPr="003E435E">
        <w:rPr>
          <w:rFonts w:asciiTheme="majorHAnsi" w:hAnsiTheme="majorHAnsi" w:cstheme="majorHAnsi"/>
        </w:rPr>
        <w:t>[Cargo]</w:t>
      </w:r>
    </w:p>
    <w:p w14:paraId="0363ED2F" w14:textId="77777777" w:rsidR="00544771" w:rsidRPr="003E435E" w:rsidRDefault="00544771" w:rsidP="00544771">
      <w:pPr>
        <w:pStyle w:val="Corpodetexto"/>
        <w:contextualSpacing/>
        <w:rPr>
          <w:rFonts w:asciiTheme="majorHAnsi" w:hAnsiTheme="majorHAnsi" w:cstheme="majorHAnsi"/>
        </w:rPr>
      </w:pPr>
      <w:r w:rsidRPr="003E435E">
        <w:rPr>
          <w:rFonts w:asciiTheme="majorHAnsi" w:hAnsiTheme="majorHAnsi" w:cstheme="majorHAnsi"/>
        </w:rPr>
        <w:t>[Nome da Empresa]</w:t>
      </w:r>
    </w:p>
    <w:p w14:paraId="2B8ECDBC" w14:textId="77777777" w:rsidR="00544771" w:rsidRPr="003E435E" w:rsidRDefault="00544771" w:rsidP="00544771">
      <w:pPr>
        <w:pStyle w:val="Corpodetexto"/>
        <w:contextualSpacing/>
        <w:rPr>
          <w:rFonts w:asciiTheme="majorHAnsi" w:hAnsiTheme="majorHAnsi" w:cstheme="majorHAnsi"/>
        </w:rPr>
      </w:pPr>
      <w:r w:rsidRPr="003E435E">
        <w:rPr>
          <w:rFonts w:asciiTheme="majorHAnsi" w:hAnsiTheme="majorHAnsi" w:cstheme="majorHAnsi"/>
        </w:rPr>
        <w:t>CNPJ: [nº do CNPJ]</w:t>
      </w:r>
    </w:p>
    <w:p w14:paraId="20777ED7" w14:textId="77777777" w:rsidR="00544771" w:rsidRPr="003E435E" w:rsidRDefault="00544771" w:rsidP="00544771">
      <w:pPr>
        <w:pStyle w:val="Corpodetexto"/>
        <w:contextualSpacing/>
        <w:rPr>
          <w:rFonts w:asciiTheme="majorHAnsi" w:hAnsiTheme="majorHAnsi" w:cstheme="majorHAnsi"/>
        </w:rPr>
      </w:pPr>
      <w:r w:rsidRPr="003E435E">
        <w:rPr>
          <w:rFonts w:asciiTheme="majorHAnsi" w:hAnsiTheme="majorHAnsi" w:cstheme="majorHAnsi"/>
        </w:rPr>
        <w:t>Telefone: [nº do telefone]</w:t>
      </w:r>
    </w:p>
    <w:p w14:paraId="2349B3E8" w14:textId="77777777" w:rsidR="00544771" w:rsidRPr="003E435E" w:rsidRDefault="00544771" w:rsidP="00544771">
      <w:pPr>
        <w:pStyle w:val="Corpodetexto"/>
        <w:contextualSpacing/>
        <w:rPr>
          <w:rFonts w:asciiTheme="majorHAnsi" w:hAnsiTheme="majorHAnsi" w:cstheme="majorHAnsi"/>
        </w:rPr>
      </w:pPr>
      <w:r w:rsidRPr="003E435E">
        <w:rPr>
          <w:rFonts w:asciiTheme="majorHAnsi" w:hAnsiTheme="majorHAnsi" w:cstheme="majorHAnsi"/>
        </w:rPr>
        <w:t>E-mail: [nº do e-mail]</w:t>
      </w:r>
      <w:bookmarkEnd w:id="0"/>
    </w:p>
    <w:sectPr w:rsidR="00544771" w:rsidRPr="003E435E" w:rsidSect="002170B3">
      <w:headerReference w:type="default" r:id="rId11"/>
      <w:footerReference w:type="default" r:id="rId12"/>
      <w:pgSz w:w="11907" w:h="16840" w:code="9"/>
      <w:pgMar w:top="1843" w:right="1134" w:bottom="1985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E85B9E" w14:textId="77777777" w:rsidR="00DA75CC" w:rsidRDefault="00DA75CC" w:rsidP="00C37BB3">
      <w:pPr>
        <w:spacing w:after="0" w:line="240" w:lineRule="auto"/>
      </w:pPr>
      <w:r>
        <w:separator/>
      </w:r>
    </w:p>
  </w:endnote>
  <w:endnote w:type="continuationSeparator" w:id="0">
    <w:p w14:paraId="38720B00" w14:textId="77777777" w:rsidR="00DA75CC" w:rsidRDefault="00DA75CC" w:rsidP="00C37BB3">
      <w:pPr>
        <w:spacing w:after="0" w:line="240" w:lineRule="auto"/>
      </w:pPr>
      <w:r>
        <w:continuationSeparator/>
      </w:r>
    </w:p>
  </w:endnote>
  <w:endnote w:type="continuationNotice" w:id="1">
    <w:p w14:paraId="0C36AA21" w14:textId="77777777" w:rsidR="00DA75CC" w:rsidRDefault="00DA75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419680" w14:textId="77777777" w:rsidR="00DA75CC" w:rsidRDefault="00DA75C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856324" w14:textId="77777777" w:rsidR="00DA75CC" w:rsidRDefault="00DA75CC" w:rsidP="00C37BB3">
      <w:pPr>
        <w:spacing w:after="0" w:line="240" w:lineRule="auto"/>
      </w:pPr>
      <w:r>
        <w:separator/>
      </w:r>
    </w:p>
  </w:footnote>
  <w:footnote w:type="continuationSeparator" w:id="0">
    <w:p w14:paraId="4AB628EF" w14:textId="77777777" w:rsidR="00DA75CC" w:rsidRDefault="00DA75CC" w:rsidP="00C37BB3">
      <w:pPr>
        <w:spacing w:after="0" w:line="240" w:lineRule="auto"/>
      </w:pPr>
      <w:r>
        <w:continuationSeparator/>
      </w:r>
    </w:p>
  </w:footnote>
  <w:footnote w:type="continuationNotice" w:id="1">
    <w:p w14:paraId="346C1519" w14:textId="77777777" w:rsidR="00DA75CC" w:rsidRDefault="00DA75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0BEEA" w14:textId="070240B0" w:rsidR="00DA75CC" w:rsidRPr="00C37BB3" w:rsidRDefault="00DA75CC" w:rsidP="00C37BB3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C785A4E" wp14:editId="3D61954E">
              <wp:simplePos x="0" y="0"/>
              <wp:positionH relativeFrom="margin">
                <wp:posOffset>-830580</wp:posOffset>
              </wp:positionH>
              <wp:positionV relativeFrom="paragraph">
                <wp:posOffset>-451221</wp:posOffset>
              </wp:positionV>
              <wp:extent cx="7484839" cy="10656000"/>
              <wp:effectExtent l="0" t="0" r="1905" b="0"/>
              <wp:wrapNone/>
              <wp:docPr id="29" name="Agrupar 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84839" cy="10656000"/>
                        <a:chOff x="-36026" y="-54593"/>
                        <a:chExt cx="7484839" cy="10656000"/>
                      </a:xfrm>
                    </wpg:grpSpPr>
                    <pic:pic xmlns:pic="http://schemas.openxmlformats.org/drawingml/2006/picture">
                      <pic:nvPicPr>
                        <pic:cNvPr id="3" name="Imagem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36026" y="-54593"/>
                          <a:ext cx="7484839" cy="10656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8" name="Retângulo 8"/>
                      <wps:cNvSpPr/>
                      <wps:spPr>
                        <a:xfrm>
                          <a:off x="4186052" y="9737767"/>
                          <a:ext cx="2811812" cy="641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057" t="31025" r="16772" b="32134"/>
                        <a:stretch/>
                      </pic:blipFill>
                      <pic:spPr bwMode="auto">
                        <a:xfrm>
                          <a:off x="1638794" y="9820894"/>
                          <a:ext cx="1240790" cy="4705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67298" y="9809018"/>
                          <a:ext cx="3238500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Imagem 2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45132" y="279070"/>
                          <a:ext cx="99060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45C8F0" id="Agrupar 29" o:spid="_x0000_s1026" style="position:absolute;margin-left:-65.4pt;margin-top:-35.55pt;width:589.35pt;height:839.05pt;z-index:251658240;mso-position-horizontal-relative:margin;mso-width-relative:margin;mso-height-relative:margin" coordorigin="-360,-545" coordsize="74848,106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3" o:spid="_x0000_s1027" type="#_x0000_t75" style="position:absolute;left:-360;top:-545;width:74848;height:106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">
                <v:imagedata r:id="rId5" o:title=""/>
              </v:shape>
              <v:rect id="Retângulo 8" o:spid="_x0000_s1028" style="position:absolute;left:41860;top:97377;width:28118;height:6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" fillcolor="white [3212]" stroked="f" strokeweight="2pt"/>
              <v:shape id="Imagem 1" o:spid="_x0000_s1029" type="#_x0000_t75" style="position:absolute;left:16387;top:98208;width:12408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">
                <v:imagedata r:id="rId6" o:title="" croptop="20333f" cropbottom="21059f" cropleft="9212f" cropright="10992f"/>
              </v:shape>
              <v:shape id="Picture 11" o:spid="_x0000_s1030" type="#_x0000_t75" style="position:absolute;left:40672;top:98090;width:32385;height: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">
                <v:imagedata r:id="rId7" o:title=""/>
                <v:path arrowok="t"/>
              </v:shape>
              <v:shape id="Imagem 28" o:spid="_x0000_s1031" type="#_x0000_t75" style="position:absolute;left:48451;top:2790;width:9906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">
                <v:imagedata r:id="rId8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7FC66DCE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3A627A3"/>
    <w:multiLevelType w:val="hybridMultilevel"/>
    <w:tmpl w:val="FE603F4E"/>
    <w:lvl w:ilvl="0" w:tplc="5B7E631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8205A4"/>
    <w:multiLevelType w:val="hybridMultilevel"/>
    <w:tmpl w:val="6A8A89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0F280B"/>
    <w:multiLevelType w:val="hybridMultilevel"/>
    <w:tmpl w:val="D966D2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230602"/>
    <w:multiLevelType w:val="multilevel"/>
    <w:tmpl w:val="32E6E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8F781C"/>
    <w:multiLevelType w:val="multilevel"/>
    <w:tmpl w:val="4C804D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28E33C19"/>
    <w:multiLevelType w:val="multilevel"/>
    <w:tmpl w:val="B15EF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D32D16"/>
    <w:multiLevelType w:val="multilevel"/>
    <w:tmpl w:val="E75C75D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2CCE1E1E"/>
    <w:multiLevelType w:val="multilevel"/>
    <w:tmpl w:val="28C8E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B524AC"/>
    <w:multiLevelType w:val="hybridMultilevel"/>
    <w:tmpl w:val="0C685A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7A697C"/>
    <w:multiLevelType w:val="multilevel"/>
    <w:tmpl w:val="4C804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FE6225D"/>
    <w:multiLevelType w:val="hybridMultilevel"/>
    <w:tmpl w:val="23ACE4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BB2A23"/>
    <w:multiLevelType w:val="multilevel"/>
    <w:tmpl w:val="91D29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1712A2B"/>
    <w:multiLevelType w:val="hybridMultilevel"/>
    <w:tmpl w:val="D5C0BF22"/>
    <w:lvl w:ilvl="0" w:tplc="C4FC887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384BF3"/>
    <w:multiLevelType w:val="multilevel"/>
    <w:tmpl w:val="D7661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37C104B"/>
    <w:multiLevelType w:val="multilevel"/>
    <w:tmpl w:val="A3581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46030D7"/>
    <w:multiLevelType w:val="multilevel"/>
    <w:tmpl w:val="E34ED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A9742A"/>
    <w:multiLevelType w:val="hybridMultilevel"/>
    <w:tmpl w:val="A50AF40E"/>
    <w:lvl w:ilvl="0" w:tplc="5B7E631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C51E40"/>
    <w:multiLevelType w:val="hybridMultilevel"/>
    <w:tmpl w:val="885CC88A"/>
    <w:lvl w:ilvl="0" w:tplc="5B7E631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EC6A37"/>
    <w:multiLevelType w:val="hybridMultilevel"/>
    <w:tmpl w:val="0E38CC3C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A942F4A"/>
    <w:multiLevelType w:val="multilevel"/>
    <w:tmpl w:val="4C804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B1C164F"/>
    <w:multiLevelType w:val="hybridMultilevel"/>
    <w:tmpl w:val="09DCAB60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9478DE"/>
    <w:multiLevelType w:val="multilevel"/>
    <w:tmpl w:val="4C804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C946A5B"/>
    <w:multiLevelType w:val="hybridMultilevel"/>
    <w:tmpl w:val="DC88DDE2"/>
    <w:lvl w:ilvl="0" w:tplc="D870CCCA">
      <w:numFmt w:val="bullet"/>
      <w:lvlText w:val="•"/>
      <w:lvlJc w:val="left"/>
      <w:pPr>
        <w:ind w:left="153" w:hanging="360"/>
      </w:pPr>
      <w:rPr>
        <w:rFonts w:ascii="Calibri Light" w:eastAsia="Calibri" w:hAnsi="Calibri Light" w:cs="Calibri Light" w:hint="default"/>
      </w:rPr>
    </w:lvl>
    <w:lvl w:ilvl="1" w:tplc="0416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2" w15:restartNumberingAfterBreak="0">
    <w:nsid w:val="5CDF1B28"/>
    <w:multiLevelType w:val="hybridMultilevel"/>
    <w:tmpl w:val="1340E6A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2076252"/>
    <w:multiLevelType w:val="hybridMultilevel"/>
    <w:tmpl w:val="50A09ED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7516E5"/>
    <w:multiLevelType w:val="hybridMultilevel"/>
    <w:tmpl w:val="017646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F639AE"/>
    <w:multiLevelType w:val="multilevel"/>
    <w:tmpl w:val="17AEC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D2D2BAF"/>
    <w:multiLevelType w:val="multilevel"/>
    <w:tmpl w:val="0E729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43581F"/>
    <w:multiLevelType w:val="multilevel"/>
    <w:tmpl w:val="C5028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6A53CC"/>
    <w:multiLevelType w:val="multilevel"/>
    <w:tmpl w:val="F96C46A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756865D3"/>
    <w:multiLevelType w:val="multilevel"/>
    <w:tmpl w:val="1BA60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B170128"/>
    <w:multiLevelType w:val="hybridMultilevel"/>
    <w:tmpl w:val="32181C7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D4008F"/>
    <w:multiLevelType w:val="multilevel"/>
    <w:tmpl w:val="52283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F426B73"/>
    <w:multiLevelType w:val="multilevel"/>
    <w:tmpl w:val="F4E47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9"/>
  </w:num>
  <w:num w:numId="11">
    <w:abstractNumId w:val="32"/>
  </w:num>
  <w:num w:numId="12">
    <w:abstractNumId w:val="40"/>
  </w:num>
  <w:num w:numId="13">
    <w:abstractNumId w:val="15"/>
  </w:num>
  <w:num w:numId="14">
    <w:abstractNumId w:val="31"/>
  </w:num>
  <w:num w:numId="15">
    <w:abstractNumId w:val="11"/>
  </w:num>
  <w:num w:numId="16">
    <w:abstractNumId w:val="21"/>
  </w:num>
  <w:num w:numId="17">
    <w:abstractNumId w:val="38"/>
  </w:num>
  <w:num w:numId="18">
    <w:abstractNumId w:val="14"/>
  </w:num>
  <w:num w:numId="19">
    <w:abstractNumId w:val="33"/>
  </w:num>
  <w:num w:numId="20">
    <w:abstractNumId w:val="34"/>
  </w:num>
  <w:num w:numId="21">
    <w:abstractNumId w:val="26"/>
  </w:num>
  <w:num w:numId="22">
    <w:abstractNumId w:val="25"/>
  </w:num>
  <w:num w:numId="23">
    <w:abstractNumId w:val="9"/>
  </w:num>
  <w:num w:numId="24">
    <w:abstractNumId w:val="22"/>
  </w:num>
  <w:num w:numId="25">
    <w:abstractNumId w:val="29"/>
  </w:num>
  <w:num w:numId="26">
    <w:abstractNumId w:val="23"/>
  </w:num>
  <w:num w:numId="27">
    <w:abstractNumId w:val="27"/>
  </w:num>
  <w:num w:numId="28">
    <w:abstractNumId w:val="10"/>
  </w:num>
  <w:num w:numId="29">
    <w:abstractNumId w:val="30"/>
  </w:num>
  <w:num w:numId="30">
    <w:abstractNumId w:val="39"/>
  </w:num>
  <w:num w:numId="31">
    <w:abstractNumId w:val="24"/>
  </w:num>
  <w:num w:numId="32">
    <w:abstractNumId w:val="18"/>
  </w:num>
  <w:num w:numId="33">
    <w:abstractNumId w:val="28"/>
  </w:num>
  <w:num w:numId="34">
    <w:abstractNumId w:val="37"/>
  </w:num>
  <w:num w:numId="35">
    <w:abstractNumId w:val="13"/>
  </w:num>
  <w:num w:numId="36">
    <w:abstractNumId w:val="17"/>
  </w:num>
  <w:num w:numId="37">
    <w:abstractNumId w:val="42"/>
  </w:num>
  <w:num w:numId="38">
    <w:abstractNumId w:val="36"/>
  </w:num>
  <w:num w:numId="39">
    <w:abstractNumId w:val="16"/>
  </w:num>
  <w:num w:numId="40">
    <w:abstractNumId w:val="35"/>
  </w:num>
  <w:num w:numId="41">
    <w:abstractNumId w:val="41"/>
  </w:num>
  <w:num w:numId="42">
    <w:abstractNumId w:val="12"/>
  </w:num>
  <w:num w:numId="43">
    <w:abstractNumId w:val="20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1ECD"/>
    <w:rsid w:val="0002046B"/>
    <w:rsid w:val="00024D28"/>
    <w:rsid w:val="00034616"/>
    <w:rsid w:val="0003465D"/>
    <w:rsid w:val="0006063C"/>
    <w:rsid w:val="00071A5D"/>
    <w:rsid w:val="000A0AB0"/>
    <w:rsid w:val="000F194C"/>
    <w:rsid w:val="00127229"/>
    <w:rsid w:val="0013756B"/>
    <w:rsid w:val="0015074B"/>
    <w:rsid w:val="00171117"/>
    <w:rsid w:val="001D628F"/>
    <w:rsid w:val="002027DA"/>
    <w:rsid w:val="002170B3"/>
    <w:rsid w:val="00220CB4"/>
    <w:rsid w:val="002464D0"/>
    <w:rsid w:val="00260928"/>
    <w:rsid w:val="00265813"/>
    <w:rsid w:val="0029639D"/>
    <w:rsid w:val="002B2E01"/>
    <w:rsid w:val="002C56AD"/>
    <w:rsid w:val="003067FB"/>
    <w:rsid w:val="003117FB"/>
    <w:rsid w:val="00326F90"/>
    <w:rsid w:val="00354FAD"/>
    <w:rsid w:val="0036159F"/>
    <w:rsid w:val="00382A4F"/>
    <w:rsid w:val="003955DB"/>
    <w:rsid w:val="0039706C"/>
    <w:rsid w:val="003B0992"/>
    <w:rsid w:val="003C6E6B"/>
    <w:rsid w:val="003E435E"/>
    <w:rsid w:val="003E7D92"/>
    <w:rsid w:val="00405A5E"/>
    <w:rsid w:val="004162FE"/>
    <w:rsid w:val="0047062B"/>
    <w:rsid w:val="00474F90"/>
    <w:rsid w:val="004D0FE8"/>
    <w:rsid w:val="004D282A"/>
    <w:rsid w:val="004F141E"/>
    <w:rsid w:val="004F25F3"/>
    <w:rsid w:val="004F4610"/>
    <w:rsid w:val="004F487E"/>
    <w:rsid w:val="0051159E"/>
    <w:rsid w:val="00540655"/>
    <w:rsid w:val="00544771"/>
    <w:rsid w:val="00580864"/>
    <w:rsid w:val="005A2E6A"/>
    <w:rsid w:val="005D44E0"/>
    <w:rsid w:val="005F193D"/>
    <w:rsid w:val="00646FB0"/>
    <w:rsid w:val="00654D67"/>
    <w:rsid w:val="006602C8"/>
    <w:rsid w:val="0066287D"/>
    <w:rsid w:val="0067633D"/>
    <w:rsid w:val="00692748"/>
    <w:rsid w:val="00695FAB"/>
    <w:rsid w:val="006F35C4"/>
    <w:rsid w:val="006F4E9E"/>
    <w:rsid w:val="00705733"/>
    <w:rsid w:val="007571ED"/>
    <w:rsid w:val="007A0714"/>
    <w:rsid w:val="007B2DE6"/>
    <w:rsid w:val="007B3175"/>
    <w:rsid w:val="007D4FFF"/>
    <w:rsid w:val="007D5540"/>
    <w:rsid w:val="007E4A4B"/>
    <w:rsid w:val="007F1370"/>
    <w:rsid w:val="007F3BF8"/>
    <w:rsid w:val="007F4C64"/>
    <w:rsid w:val="00807A15"/>
    <w:rsid w:val="0081437B"/>
    <w:rsid w:val="00820FEC"/>
    <w:rsid w:val="0086676A"/>
    <w:rsid w:val="00871F05"/>
    <w:rsid w:val="008832C5"/>
    <w:rsid w:val="008C08B7"/>
    <w:rsid w:val="008F363F"/>
    <w:rsid w:val="008F4F3F"/>
    <w:rsid w:val="009078BE"/>
    <w:rsid w:val="009534C6"/>
    <w:rsid w:val="0095654D"/>
    <w:rsid w:val="00980C55"/>
    <w:rsid w:val="00980F91"/>
    <w:rsid w:val="009A5336"/>
    <w:rsid w:val="009D13D4"/>
    <w:rsid w:val="009D4A77"/>
    <w:rsid w:val="009E1C86"/>
    <w:rsid w:val="009E25E0"/>
    <w:rsid w:val="009F3EC0"/>
    <w:rsid w:val="00A17C75"/>
    <w:rsid w:val="00A478BA"/>
    <w:rsid w:val="00AA1D8D"/>
    <w:rsid w:val="00AB6317"/>
    <w:rsid w:val="00AD6113"/>
    <w:rsid w:val="00AF2496"/>
    <w:rsid w:val="00B000CD"/>
    <w:rsid w:val="00B10943"/>
    <w:rsid w:val="00B274EB"/>
    <w:rsid w:val="00B47730"/>
    <w:rsid w:val="00B5761F"/>
    <w:rsid w:val="00B60169"/>
    <w:rsid w:val="00B62D3E"/>
    <w:rsid w:val="00B878CA"/>
    <w:rsid w:val="00BC5301"/>
    <w:rsid w:val="00BE7B1C"/>
    <w:rsid w:val="00BF3A30"/>
    <w:rsid w:val="00C203B0"/>
    <w:rsid w:val="00C23A5C"/>
    <w:rsid w:val="00C273AB"/>
    <w:rsid w:val="00C27892"/>
    <w:rsid w:val="00C37BB3"/>
    <w:rsid w:val="00C41F69"/>
    <w:rsid w:val="00C7095A"/>
    <w:rsid w:val="00C763FC"/>
    <w:rsid w:val="00C96911"/>
    <w:rsid w:val="00CB0664"/>
    <w:rsid w:val="00CE0E85"/>
    <w:rsid w:val="00D1610E"/>
    <w:rsid w:val="00D174C1"/>
    <w:rsid w:val="00D50012"/>
    <w:rsid w:val="00D76A1A"/>
    <w:rsid w:val="00D76B5B"/>
    <w:rsid w:val="00D76E85"/>
    <w:rsid w:val="00D955BB"/>
    <w:rsid w:val="00DA75CC"/>
    <w:rsid w:val="00DB2A66"/>
    <w:rsid w:val="00DB44FB"/>
    <w:rsid w:val="00DE523D"/>
    <w:rsid w:val="00DE721F"/>
    <w:rsid w:val="00DE79B7"/>
    <w:rsid w:val="00E05137"/>
    <w:rsid w:val="00E418DA"/>
    <w:rsid w:val="00E435AF"/>
    <w:rsid w:val="00E43ABE"/>
    <w:rsid w:val="00E47776"/>
    <w:rsid w:val="00E677CC"/>
    <w:rsid w:val="00EB43B8"/>
    <w:rsid w:val="00EC5B6E"/>
    <w:rsid w:val="00ED39F5"/>
    <w:rsid w:val="00ED4B63"/>
    <w:rsid w:val="00ED6108"/>
    <w:rsid w:val="00EE133D"/>
    <w:rsid w:val="00EF6E0E"/>
    <w:rsid w:val="00F10709"/>
    <w:rsid w:val="00F1136E"/>
    <w:rsid w:val="00F456A6"/>
    <w:rsid w:val="00F65096"/>
    <w:rsid w:val="00F842CB"/>
    <w:rsid w:val="00F879FC"/>
    <w:rsid w:val="00FA217E"/>
    <w:rsid w:val="00FA2A41"/>
    <w:rsid w:val="00FC35B2"/>
    <w:rsid w:val="00FC693F"/>
    <w:rsid w:val="00FF261E"/>
    <w:rsid w:val="00FF6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7AAE1B"/>
  <w14:defaultImageDpi w14:val="300"/>
  <w15:docId w15:val="{3BE09326-CEF0-44B8-8545-CE082D205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4771"/>
    <w:rPr>
      <w:rFonts w:ascii="Calibri" w:hAnsi="Calibri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1D628F"/>
    <w:pPr>
      <w:keepNext/>
      <w:keepLines/>
      <w:numPr>
        <w:numId w:val="17"/>
      </w:numPr>
      <w:spacing w:before="360" w:after="12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numPr>
        <w:ilvl w:val="1"/>
        <w:numId w:val="17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numPr>
        <w:ilvl w:val="2"/>
        <w:numId w:val="17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numPr>
        <w:ilvl w:val="3"/>
        <w:numId w:val="17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numPr>
        <w:ilvl w:val="4"/>
        <w:numId w:val="17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numPr>
        <w:ilvl w:val="5"/>
        <w:numId w:val="1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numPr>
        <w:ilvl w:val="6"/>
        <w:numId w:val="1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numPr>
        <w:ilvl w:val="7"/>
        <w:numId w:val="17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numPr>
        <w:ilvl w:val="8"/>
        <w:numId w:val="1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1D62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qFormat/>
    <w:rsid w:val="003E435E"/>
    <w:pPr>
      <w:spacing w:before="120" w:after="120"/>
      <w:jc w:val="both"/>
    </w:pPr>
    <w:rPr>
      <w:lang w:val="pt-BR"/>
    </w:rPr>
  </w:style>
  <w:style w:type="character" w:customStyle="1" w:styleId="CorpodetextoChar">
    <w:name w:val="Corpo de texto Char"/>
    <w:basedOn w:val="Fontepargpadro"/>
    <w:link w:val="Corpodetexto"/>
    <w:rsid w:val="003E435E"/>
    <w:rPr>
      <w:rFonts w:ascii="Calibri" w:hAnsi="Calibri"/>
      <w:lang w:val="pt-BR"/>
    </w:rPr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qFormat/>
    <w:rsid w:val="00807A15"/>
    <w:pPr>
      <w:numPr>
        <w:numId w:val="1"/>
      </w:numPr>
      <w:spacing w:before="240" w:after="240" w:line="240" w:lineRule="auto"/>
      <w:ind w:left="357" w:hanging="357"/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extodecomentrio">
    <w:name w:val="annotation text"/>
    <w:basedOn w:val="Normal"/>
    <w:link w:val="TextodecomentrioChar"/>
    <w:uiPriority w:val="99"/>
    <w:unhideWhenUsed/>
    <w:rsid w:val="00ED4B63"/>
    <w:pPr>
      <w:spacing w:after="0" w:line="240" w:lineRule="auto"/>
    </w:pPr>
    <w:rPr>
      <w:rFonts w:eastAsiaTheme="minorHAnsi"/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D4B63"/>
    <w:rPr>
      <w:rFonts w:ascii="Calibri" w:eastAsiaTheme="minorHAnsi" w:hAnsi="Calibri"/>
      <w:sz w:val="20"/>
      <w:szCs w:val="20"/>
      <w:lang w:val="pt-BR"/>
    </w:rPr>
  </w:style>
  <w:style w:type="paragraph" w:styleId="NormalWeb">
    <w:name w:val="Normal (Web)"/>
    <w:basedOn w:val="Normal"/>
    <w:uiPriority w:val="99"/>
    <w:semiHidden/>
    <w:unhideWhenUsed/>
    <w:rsid w:val="005A2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table" w:styleId="TabeladeGrade1Clara-nfase1">
    <w:name w:val="Grid Table 1 Light Accent 1"/>
    <w:basedOn w:val="Tabelanormal"/>
    <w:uiPriority w:val="46"/>
    <w:rsid w:val="00D955BB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Fontepargpadro"/>
    <w:uiPriority w:val="99"/>
    <w:unhideWhenUsed/>
    <w:rsid w:val="002C56A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C56AD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4D0FE8"/>
    <w:pPr>
      <w:spacing w:after="0" w:line="240" w:lineRule="auto"/>
    </w:pPr>
    <w:rPr>
      <w:rFonts w:ascii="Calibri" w:hAnsi="Calibr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0F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0FE8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3117FB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117FB"/>
    <w:pPr>
      <w:spacing w:after="200"/>
    </w:pPr>
    <w:rPr>
      <w:rFonts w:eastAsiaTheme="minorEastAsia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117FB"/>
    <w:rPr>
      <w:rFonts w:ascii="Calibri" w:eastAsiaTheme="minorHAnsi" w:hAnsi="Calibri"/>
      <w:b/>
      <w:bCs/>
      <w:sz w:val="20"/>
      <w:szCs w:val="2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7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1AEA21F74FBB34D8AE6BEAB48E8D9AA" ma:contentTypeVersion="3" ma:contentTypeDescription="Crie um novo documento." ma:contentTypeScope="" ma:versionID="265cc926c4427e76d9c3dbd65ecc3043">
  <xsd:schema xmlns:xsd="http://www.w3.org/2001/XMLSchema" xmlns:xs="http://www.w3.org/2001/XMLSchema" xmlns:p="http://schemas.microsoft.com/office/2006/metadata/properties" xmlns:ns2="7682d334-6fa3-4031-999a-1d9d2ca605c1" targetNamespace="http://schemas.microsoft.com/office/2006/metadata/properties" ma:root="true" ma:fieldsID="c08eeece4be86725293a70b3556b7d3a" ns2:_="">
    <xsd:import namespace="7682d334-6fa3-4031-999a-1d9d2ca605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2d334-6fa3-4031-999a-1d9d2ca605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726967-FBC0-4EA8-8CF0-4EFD81807B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80C3FB-D38E-4923-A880-03DA63468E9C}">
  <ds:schemaRefs>
    <ds:schemaRef ds:uri="http://purl.org/dc/dcmitype/"/>
    <ds:schemaRef ds:uri="http://schemas.microsoft.com/office/infopath/2007/PartnerControls"/>
    <ds:schemaRef ds:uri="http://purl.org/dc/terms/"/>
    <ds:schemaRef ds:uri="7682d334-6fa3-4031-999a-1d9d2ca605c1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EEEE0012-BF6C-4973-B0BC-408C86CB7C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82d334-6fa3-4031-999a-1d9d2ca605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E3255E-86A2-4DC4-AD1A-524BF5206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266</Words>
  <Characters>1440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1703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Benilton Medeiros Nunes</cp:lastModifiedBy>
  <cp:revision>5</cp:revision>
  <cp:lastPrinted>2025-11-28T14:31:00Z</cp:lastPrinted>
  <dcterms:created xsi:type="dcterms:W3CDTF">2025-11-28T12:14:00Z</dcterms:created>
  <dcterms:modified xsi:type="dcterms:W3CDTF">2025-11-28T14:31:00Z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0x01010051AEA21F74FBB34D8AE6BEAB48E8D9AA</vt:lpwstr>
  </property>
  <property fmtid="{D5CDD505-2E9C-101B-9397-08002B2CF9AE}" pid="3" name="MediaServiceImageTags">
    <vt:lpwstr/>
  </property>
  <property fmtid="{D5CDD505-2E9C-101B-9397-08002B2CF9AE}" pid="4" name="Order">
    <vt:r8>4469300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</Properties>
</file>